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 Wandverkleidung planen: Untergrund, Aufbau und Anschlüsse prüfen</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Holz im Innenausbau: Welche Konstruktion passt zu meinem Raum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innenausbaumuenchen.de/index.html" TargetMode="External"/><Relationship Id="rId10" Type="http://schemas.openxmlformats.org/officeDocument/2006/relationships/hyperlink" Target="https://bunny.holzinnenausbaumuenchen.de/paket-93ae69c15ae34e6883459079d77dfec6/holz-im-innenausbau-welche-konstruktion-passt-zu-meinem-raum-da08f0a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